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9944" w14:textId="73B05C9B" w:rsidR="00082271" w:rsidRDefault="002E177F">
      <w:pPr>
        <w:pStyle w:val="Heading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24FAE" wp14:editId="49CB04E3">
                <wp:simplePos x="0" y="0"/>
                <wp:positionH relativeFrom="column">
                  <wp:posOffset>5501640</wp:posOffset>
                </wp:positionH>
                <wp:positionV relativeFrom="paragraph">
                  <wp:posOffset>-60960</wp:posOffset>
                </wp:positionV>
                <wp:extent cx="1043940" cy="967740"/>
                <wp:effectExtent l="0" t="0" r="22860" b="22860"/>
                <wp:wrapNone/>
                <wp:docPr id="75966929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B8D4DC" w14:textId="7C50BD2B" w:rsidR="002E177F" w:rsidRDefault="002E17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761581" wp14:editId="5E04CBF5">
                                  <wp:extent cx="854710" cy="836079"/>
                                  <wp:effectExtent l="0" t="0" r="2540" b="2540"/>
                                  <wp:docPr id="657714899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7714899" name="Picture 657714899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4710" cy="8360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424F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33.2pt;margin-top:-4.8pt;width:82.2pt;height:76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" fillcolor="white [3201]" strokecolor="white [3212]" strokeweight=".5pt">
                <v:textbox>
                  <w:txbxContent>
                    <w:p w14:paraId="4FB8D4DC" w14:textId="7C50BD2B" w:rsidR="002E177F" w:rsidRDefault="002E177F">
                      <w:r>
                        <w:rPr>
                          <w:noProof/>
                        </w:rPr>
                        <w:drawing>
                          <wp:inline distT="0" distB="0" distL="0" distR="0" wp14:anchorId="40761581" wp14:editId="5E04CBF5">
                            <wp:extent cx="854710" cy="836079"/>
                            <wp:effectExtent l="0" t="0" r="2540" b="2540"/>
                            <wp:docPr id="657714899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7714899" name="Picture 657714899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4710" cy="8360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>SECTION 1 – HORSES</w:t>
      </w:r>
      <w:r w:rsidR="008F687A">
        <w:t xml:space="preserve"> (Alternative Program)</w:t>
      </w:r>
    </w:p>
    <w:p w14:paraId="0FB2BF64" w14:textId="49667E55" w:rsidR="00082271" w:rsidRDefault="00000000">
      <w:pPr>
        <w:pStyle w:val="Heading2"/>
        <w:jc w:val="center"/>
      </w:pPr>
      <w:proofErr w:type="spellStart"/>
      <w:r>
        <w:t>Wondai</w:t>
      </w:r>
      <w:proofErr w:type="spellEnd"/>
      <w:r>
        <w:t xml:space="preserve"> Show Stockman's Challenge</w:t>
      </w:r>
      <w:r w:rsidR="002E177F">
        <w:t xml:space="preserve"> 2026</w:t>
      </w:r>
    </w:p>
    <w:p w14:paraId="57651234" w14:textId="77777777" w:rsidR="00082271" w:rsidRDefault="00000000">
      <w:pPr>
        <w:jc w:val="center"/>
      </w:pPr>
      <w:r>
        <w:rPr>
          <w:b/>
        </w:rPr>
        <w:t>Open to Any Breed</w:t>
      </w:r>
    </w:p>
    <w:p w14:paraId="5B783B8B" w14:textId="77777777" w:rsidR="00082271" w:rsidRDefault="00000000">
      <w:pPr>
        <w:pStyle w:val="Heading2"/>
      </w:pPr>
      <w:r>
        <w:t>Competition Information</w:t>
      </w:r>
    </w:p>
    <w:p w14:paraId="2E91177E" w14:textId="4627B4D2" w:rsidR="00082271" w:rsidRDefault="00000000">
      <w:r>
        <w:t>Date: Saturday, 22 August 2026</w:t>
      </w:r>
      <w:r>
        <w:br/>
        <w:t xml:space="preserve">Venue: </w:t>
      </w:r>
      <w:proofErr w:type="spellStart"/>
      <w:r>
        <w:t>Wondai</w:t>
      </w:r>
      <w:proofErr w:type="spellEnd"/>
      <w:r>
        <w:t xml:space="preserve"> Showgrounds</w:t>
      </w:r>
      <w:r>
        <w:br/>
        <w:t>All competitors are to be on the grounds by 8:00 am.</w:t>
      </w:r>
      <w:r>
        <w:br/>
        <w:t>Judging commences at 8:30 am sharp.</w:t>
      </w:r>
    </w:p>
    <w:p w14:paraId="0F3F0801" w14:textId="77777777" w:rsidR="00082271" w:rsidRDefault="00000000">
      <w:pPr>
        <w:pStyle w:val="Heading2"/>
      </w:pPr>
      <w:r>
        <w:t>3 Phase Competition</w:t>
      </w:r>
    </w:p>
    <w:p w14:paraId="0022CFEE" w14:textId="77777777" w:rsidR="00082271" w:rsidRDefault="00000000">
      <w:pPr>
        <w:pStyle w:val="ListNumber"/>
      </w:pPr>
      <w:r>
        <w:t>Led / Ridden Assessment</w:t>
      </w:r>
    </w:p>
    <w:p w14:paraId="528F8E77" w14:textId="77777777" w:rsidR="00082271" w:rsidRDefault="00000000">
      <w:pPr>
        <w:pStyle w:val="ListNumber"/>
      </w:pPr>
      <w:r>
        <w:t>Stock Horse Pattern</w:t>
      </w:r>
    </w:p>
    <w:p w14:paraId="68593D20" w14:textId="77777777" w:rsidR="00082271" w:rsidRDefault="00000000">
      <w:pPr>
        <w:pStyle w:val="ListNumber"/>
      </w:pPr>
      <w:r>
        <w:t>Obstacle Course (Pattern Supplied)</w:t>
      </w:r>
    </w:p>
    <w:p w14:paraId="428AF14E" w14:textId="77777777" w:rsidR="00082271" w:rsidRDefault="00000000">
      <w:pPr>
        <w:pStyle w:val="Heading2"/>
      </w:pPr>
      <w:r>
        <w:t>Competition Classes &amp; Entry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82271" w14:paraId="093FF170" w14:textId="77777777">
        <w:tc>
          <w:tcPr>
            <w:tcW w:w="2880" w:type="dxa"/>
          </w:tcPr>
          <w:p w14:paraId="675820C4" w14:textId="77777777" w:rsidR="00082271" w:rsidRDefault="00000000">
            <w:r>
              <w:t>Class</w:t>
            </w:r>
          </w:p>
        </w:tc>
        <w:tc>
          <w:tcPr>
            <w:tcW w:w="2880" w:type="dxa"/>
          </w:tcPr>
          <w:p w14:paraId="3AEDDA77" w14:textId="77777777" w:rsidR="00082271" w:rsidRDefault="00000000">
            <w:r>
              <w:t>Eligibility</w:t>
            </w:r>
          </w:p>
        </w:tc>
        <w:tc>
          <w:tcPr>
            <w:tcW w:w="2880" w:type="dxa"/>
          </w:tcPr>
          <w:p w14:paraId="51E2EA36" w14:textId="77777777" w:rsidR="00082271" w:rsidRDefault="00000000">
            <w:r>
              <w:t>Entry Fee</w:t>
            </w:r>
          </w:p>
        </w:tc>
      </w:tr>
      <w:tr w:rsidR="00082271" w14:paraId="56AD2CFF" w14:textId="77777777">
        <w:tc>
          <w:tcPr>
            <w:tcW w:w="2880" w:type="dxa"/>
          </w:tcPr>
          <w:p w14:paraId="751E04AA" w14:textId="77777777" w:rsidR="00082271" w:rsidRDefault="00000000">
            <w:r>
              <w:t>Open</w:t>
            </w:r>
          </w:p>
        </w:tc>
        <w:tc>
          <w:tcPr>
            <w:tcW w:w="2880" w:type="dxa"/>
          </w:tcPr>
          <w:p w14:paraId="1BA5E9B1" w14:textId="77777777" w:rsidR="00082271" w:rsidRDefault="00000000">
            <w:r>
              <w:t>17 years &amp; Over</w:t>
            </w:r>
          </w:p>
        </w:tc>
        <w:tc>
          <w:tcPr>
            <w:tcW w:w="2880" w:type="dxa"/>
          </w:tcPr>
          <w:p w14:paraId="4702EF8F" w14:textId="77777777" w:rsidR="00082271" w:rsidRDefault="00000000">
            <w:r>
              <w:t>$30 per horse</w:t>
            </w:r>
          </w:p>
        </w:tc>
      </w:tr>
      <w:tr w:rsidR="00082271" w14:paraId="025AE248" w14:textId="77777777">
        <w:tc>
          <w:tcPr>
            <w:tcW w:w="2880" w:type="dxa"/>
          </w:tcPr>
          <w:p w14:paraId="4CA409A1" w14:textId="77777777" w:rsidR="00082271" w:rsidRDefault="00000000">
            <w:r>
              <w:t>Juvenile</w:t>
            </w:r>
          </w:p>
        </w:tc>
        <w:tc>
          <w:tcPr>
            <w:tcW w:w="2880" w:type="dxa"/>
          </w:tcPr>
          <w:p w14:paraId="4C123AE8" w14:textId="77777777" w:rsidR="00082271" w:rsidRDefault="00000000">
            <w:r>
              <w:t>12–16 years</w:t>
            </w:r>
          </w:p>
        </w:tc>
        <w:tc>
          <w:tcPr>
            <w:tcW w:w="2880" w:type="dxa"/>
          </w:tcPr>
          <w:p w14:paraId="726AB2D1" w14:textId="77777777" w:rsidR="00082271" w:rsidRDefault="00000000">
            <w:r>
              <w:t>$30 per horse</w:t>
            </w:r>
          </w:p>
        </w:tc>
      </w:tr>
      <w:tr w:rsidR="00082271" w14:paraId="6FF926E8" w14:textId="77777777">
        <w:tc>
          <w:tcPr>
            <w:tcW w:w="2880" w:type="dxa"/>
          </w:tcPr>
          <w:p w14:paraId="73A79C6D" w14:textId="77777777" w:rsidR="00082271" w:rsidRDefault="00000000">
            <w:r>
              <w:t>Junior</w:t>
            </w:r>
          </w:p>
        </w:tc>
        <w:tc>
          <w:tcPr>
            <w:tcW w:w="2880" w:type="dxa"/>
          </w:tcPr>
          <w:p w14:paraId="0028EB41" w14:textId="77777777" w:rsidR="00082271" w:rsidRDefault="00000000">
            <w:r>
              <w:t>Under 12 years</w:t>
            </w:r>
          </w:p>
        </w:tc>
        <w:tc>
          <w:tcPr>
            <w:tcW w:w="2880" w:type="dxa"/>
          </w:tcPr>
          <w:p w14:paraId="3CD5C526" w14:textId="77777777" w:rsidR="00082271" w:rsidRDefault="00000000">
            <w:r>
              <w:t>$20 per horse</w:t>
            </w:r>
          </w:p>
        </w:tc>
      </w:tr>
      <w:tr w:rsidR="00082271" w14:paraId="17F0E6C8" w14:textId="77777777">
        <w:tc>
          <w:tcPr>
            <w:tcW w:w="2880" w:type="dxa"/>
          </w:tcPr>
          <w:p w14:paraId="44569448" w14:textId="77777777" w:rsidR="00082271" w:rsidRDefault="00000000">
            <w:r>
              <w:t>Encouragement</w:t>
            </w:r>
          </w:p>
        </w:tc>
        <w:tc>
          <w:tcPr>
            <w:tcW w:w="2880" w:type="dxa"/>
          </w:tcPr>
          <w:p w14:paraId="48836DB1" w14:textId="77777777" w:rsidR="00082271" w:rsidRDefault="00000000">
            <w:r>
              <w:t>Open to Any Age</w:t>
            </w:r>
          </w:p>
        </w:tc>
        <w:tc>
          <w:tcPr>
            <w:tcW w:w="2880" w:type="dxa"/>
          </w:tcPr>
          <w:p w14:paraId="7513E97A" w14:textId="77777777" w:rsidR="00082271" w:rsidRDefault="00000000">
            <w:r>
              <w:t>$20 per horse</w:t>
            </w:r>
          </w:p>
        </w:tc>
      </w:tr>
    </w:tbl>
    <w:p w14:paraId="0FD24B12" w14:textId="77777777" w:rsidR="00082271" w:rsidRDefault="00000000">
      <w:r>
        <w:t>Entry fees cover all three phases of competition.</w:t>
      </w:r>
    </w:p>
    <w:p w14:paraId="11969ECD" w14:textId="77777777" w:rsidR="00082271" w:rsidRDefault="00000000">
      <w:pPr>
        <w:pStyle w:val="Heading2"/>
      </w:pPr>
      <w:r>
        <w:t>Nominations &amp; Enquiries</w:t>
      </w:r>
    </w:p>
    <w:p w14:paraId="5A56C6DC" w14:textId="6506FB0E" w:rsidR="00082271" w:rsidRDefault="005835B7">
      <w:r w:rsidRPr="005B7BC5">
        <w:rPr>
          <w:rFonts w:asciiTheme="majorHAnsi" w:hAnsiTheme="majorHAnsi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7DA47FD" wp14:editId="2FA498CC">
                <wp:simplePos x="0" y="0"/>
                <wp:positionH relativeFrom="column">
                  <wp:posOffset>3506470</wp:posOffset>
                </wp:positionH>
                <wp:positionV relativeFrom="paragraph">
                  <wp:posOffset>1847215</wp:posOffset>
                </wp:positionV>
                <wp:extent cx="2941320" cy="914400"/>
                <wp:effectExtent l="0" t="0" r="11430" b="19050"/>
                <wp:wrapNone/>
                <wp:docPr id="70844250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32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A15A1" w14:textId="08A0688E" w:rsidR="005835B7" w:rsidRPr="005835B7" w:rsidRDefault="005835B7" w:rsidP="005835B7">
                            <w:pPr>
                              <w:spacing w:after="120"/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</w:pPr>
                            <w:r w:rsidRPr="005835B7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  <w:t>WONDAI SHOW SOCIETY BANK DETAILS-</w:t>
                            </w:r>
                          </w:p>
                          <w:p w14:paraId="4A4F4669" w14:textId="736D0D3E" w:rsidR="005835B7" w:rsidRPr="005835B7" w:rsidRDefault="005835B7" w:rsidP="005835B7">
                            <w:pPr>
                              <w:spacing w:after="120"/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</w:pPr>
                            <w:r w:rsidRPr="005835B7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  <w:t>BSB- 124 961</w:t>
                            </w:r>
                          </w:p>
                          <w:p w14:paraId="180E2164" w14:textId="1744214A" w:rsidR="005835B7" w:rsidRPr="005835B7" w:rsidRDefault="005835B7" w:rsidP="005835B7">
                            <w:pPr>
                              <w:spacing w:after="120"/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</w:pPr>
                            <w:r w:rsidRPr="005835B7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en-AU"/>
                              </w:rPr>
                              <w:t>A/N- 234 949 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A47FD" id="Text Box 6" o:spid="_x0000_s1027" type="#_x0000_t202" style="position:absolute;margin-left:276.1pt;margin-top:145.45pt;width:231.6pt;height:1in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" fillcolor="white [3201]" strokeweight=".5pt">
                <v:textbox>
                  <w:txbxContent>
                    <w:p w14:paraId="216A15A1" w14:textId="08A0688E" w:rsidR="005835B7" w:rsidRPr="005835B7" w:rsidRDefault="005835B7" w:rsidP="005835B7">
                      <w:pPr>
                        <w:spacing w:after="120"/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</w:pPr>
                      <w:r w:rsidRPr="005835B7"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  <w:t>WONDAI SHOW SOCIETY BANK DETAILS-</w:t>
                      </w:r>
                    </w:p>
                    <w:p w14:paraId="4A4F4669" w14:textId="736D0D3E" w:rsidR="005835B7" w:rsidRPr="005835B7" w:rsidRDefault="005835B7" w:rsidP="005835B7">
                      <w:pPr>
                        <w:spacing w:after="120"/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</w:pPr>
                      <w:r w:rsidRPr="005835B7"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  <w:t>BSB- 124 961</w:t>
                      </w:r>
                    </w:p>
                    <w:p w14:paraId="180E2164" w14:textId="1744214A" w:rsidR="005835B7" w:rsidRPr="005835B7" w:rsidRDefault="005835B7" w:rsidP="005835B7">
                      <w:pPr>
                        <w:spacing w:after="120"/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</w:pPr>
                      <w:r w:rsidRPr="005835B7">
                        <w:rPr>
                          <w:rFonts w:asciiTheme="majorHAnsi" w:hAnsiTheme="majorHAnsi" w:cstheme="majorHAnsi"/>
                          <w:b/>
                          <w:bCs/>
                          <w:lang w:val="en-AU"/>
                        </w:rPr>
                        <w:t>A/N- 234 949 81</w:t>
                      </w:r>
                    </w:p>
                  </w:txbxContent>
                </v:textbox>
              </v:shape>
            </w:pict>
          </mc:Fallback>
        </mc:AlternateContent>
      </w:r>
      <w:r w:rsidR="00000000" w:rsidRPr="005B7BC5">
        <w:rPr>
          <w:rFonts w:asciiTheme="majorHAnsi" w:hAnsiTheme="majorHAnsi" w:cstheme="majorHAnsi"/>
          <w:b/>
          <w:bCs/>
        </w:rPr>
        <w:t>Enquiries:</w:t>
      </w:r>
      <w:r w:rsidR="00000000" w:rsidRPr="005B7BC5">
        <w:rPr>
          <w:rFonts w:asciiTheme="majorHAnsi" w:hAnsiTheme="majorHAnsi" w:cstheme="majorHAnsi"/>
          <w:b/>
          <w:bCs/>
        </w:rPr>
        <w:br/>
        <w:t>Kathy Donald</w:t>
      </w:r>
      <w:r w:rsidR="00000000" w:rsidRPr="005B7BC5">
        <w:rPr>
          <w:rFonts w:asciiTheme="majorHAnsi" w:hAnsiTheme="majorHAnsi" w:cstheme="majorHAnsi"/>
          <w:b/>
          <w:bCs/>
        </w:rPr>
        <w:br/>
        <w:t>Phone: 0418 838 448</w:t>
      </w:r>
      <w:r w:rsidR="00000000">
        <w:br/>
      </w:r>
      <w:r w:rsidR="00000000">
        <w:br/>
        <w:t>Nominations:</w:t>
      </w:r>
      <w:r w:rsidR="00000000">
        <w:br/>
        <w:t>Amanda Magee</w:t>
      </w:r>
      <w:r w:rsidR="00000000">
        <w:br/>
        <w:t>Email: magee4118@gmail.com</w:t>
      </w:r>
      <w:r w:rsidR="00000000">
        <w:br/>
      </w:r>
      <w:r w:rsidR="00000000">
        <w:br/>
        <w:t>or</w:t>
      </w:r>
      <w:r w:rsidR="00000000">
        <w:br/>
      </w:r>
      <w:r w:rsidR="00000000">
        <w:br/>
        <w:t>Wondai Show Society</w:t>
      </w:r>
      <w:r w:rsidR="00000000">
        <w:br/>
        <w:t>PO Box 159</w:t>
      </w:r>
      <w:r w:rsidR="00000000">
        <w:br/>
        <w:t>Wondai QLD 4606</w:t>
      </w:r>
      <w:r w:rsidR="00000000">
        <w:br/>
        <w:t>Email: secretary@wondaishow.com.au</w:t>
      </w:r>
    </w:p>
    <w:p w14:paraId="4E17BC17" w14:textId="77777777" w:rsidR="00082271" w:rsidRDefault="00000000">
      <w:pPr>
        <w:pStyle w:val="Heading2"/>
      </w:pPr>
      <w:r>
        <w:t>Judging Conditions</w:t>
      </w:r>
    </w:p>
    <w:p w14:paraId="7F9793D8" w14:textId="77777777" w:rsidR="00082271" w:rsidRDefault="00000000">
      <w:pPr>
        <w:pStyle w:val="ListBullet"/>
      </w:pPr>
      <w:r>
        <w:t>Stallions and Colts must be handled by competitors in the Open (17 years &amp; Over) class only.</w:t>
      </w:r>
    </w:p>
    <w:p w14:paraId="750FCF55" w14:textId="77777777" w:rsidR="00082271" w:rsidRDefault="00000000">
      <w:pPr>
        <w:pStyle w:val="ListBullet"/>
      </w:pPr>
      <w:r>
        <w:t>Geldings, Mares and Fillies of any age are eligible.</w:t>
      </w:r>
    </w:p>
    <w:p w14:paraId="7A91F878" w14:textId="77777777" w:rsidR="00082271" w:rsidRDefault="00000000">
      <w:pPr>
        <w:pStyle w:val="ListBullet"/>
      </w:pPr>
      <w:r>
        <w:t>Open, Juvenile, Junior and Encouragement classes will all be judged separately.</w:t>
      </w:r>
    </w:p>
    <w:p w14:paraId="4CF618E4" w14:textId="77777777" w:rsidR="00082271" w:rsidRDefault="00000000">
      <w:pPr>
        <w:pStyle w:val="ListBullet"/>
      </w:pPr>
      <w:r>
        <w:t>The Led Phase will be judged with all horses together.</w:t>
      </w:r>
    </w:p>
    <w:p w14:paraId="1825C211" w14:textId="77777777" w:rsidR="00082271" w:rsidRDefault="00000000">
      <w:pPr>
        <w:pStyle w:val="Heading2"/>
      </w:pPr>
      <w:r>
        <w:lastRenderedPageBreak/>
        <w:t>Prize Money</w:t>
      </w:r>
    </w:p>
    <w:p w14:paraId="7B92B47A" w14:textId="77777777" w:rsidR="00082271" w:rsidRDefault="00000000">
      <w:pPr>
        <w:pStyle w:val="Heading3"/>
      </w:pPr>
      <w:r>
        <w:t>Open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2271" w14:paraId="562B95BE" w14:textId="77777777">
        <w:tc>
          <w:tcPr>
            <w:tcW w:w="4320" w:type="dxa"/>
          </w:tcPr>
          <w:p w14:paraId="4622B643" w14:textId="77777777" w:rsidR="00082271" w:rsidRDefault="00000000">
            <w:r>
              <w:t>Placing</w:t>
            </w:r>
          </w:p>
        </w:tc>
        <w:tc>
          <w:tcPr>
            <w:tcW w:w="4320" w:type="dxa"/>
          </w:tcPr>
          <w:p w14:paraId="3CB7119D" w14:textId="77777777" w:rsidR="00082271" w:rsidRDefault="00000000">
            <w:r>
              <w:t>Prize</w:t>
            </w:r>
          </w:p>
        </w:tc>
      </w:tr>
      <w:tr w:rsidR="00082271" w14:paraId="55CAE644" w14:textId="77777777">
        <w:tc>
          <w:tcPr>
            <w:tcW w:w="4320" w:type="dxa"/>
          </w:tcPr>
          <w:p w14:paraId="611C6E77" w14:textId="77777777" w:rsidR="00082271" w:rsidRDefault="00000000">
            <w:r>
              <w:t>1st</w:t>
            </w:r>
          </w:p>
        </w:tc>
        <w:tc>
          <w:tcPr>
            <w:tcW w:w="4320" w:type="dxa"/>
          </w:tcPr>
          <w:p w14:paraId="1AC6C045" w14:textId="77777777" w:rsidR="00082271" w:rsidRDefault="00000000">
            <w:r>
              <w:t>$100 + Garland</w:t>
            </w:r>
          </w:p>
        </w:tc>
      </w:tr>
      <w:tr w:rsidR="00082271" w14:paraId="2A3CB357" w14:textId="77777777">
        <w:tc>
          <w:tcPr>
            <w:tcW w:w="4320" w:type="dxa"/>
          </w:tcPr>
          <w:p w14:paraId="63F09851" w14:textId="77777777" w:rsidR="00082271" w:rsidRDefault="00000000">
            <w:r>
              <w:t>2nd</w:t>
            </w:r>
          </w:p>
        </w:tc>
        <w:tc>
          <w:tcPr>
            <w:tcW w:w="4320" w:type="dxa"/>
          </w:tcPr>
          <w:p w14:paraId="20103E8F" w14:textId="77777777" w:rsidR="00082271" w:rsidRDefault="00000000">
            <w:r>
              <w:t>$60</w:t>
            </w:r>
          </w:p>
        </w:tc>
      </w:tr>
      <w:tr w:rsidR="00082271" w14:paraId="336678F8" w14:textId="77777777">
        <w:tc>
          <w:tcPr>
            <w:tcW w:w="4320" w:type="dxa"/>
          </w:tcPr>
          <w:p w14:paraId="75B8DDB4" w14:textId="77777777" w:rsidR="00082271" w:rsidRDefault="00000000">
            <w:r>
              <w:t>3rd</w:t>
            </w:r>
          </w:p>
        </w:tc>
        <w:tc>
          <w:tcPr>
            <w:tcW w:w="4320" w:type="dxa"/>
          </w:tcPr>
          <w:p w14:paraId="501E3F12" w14:textId="77777777" w:rsidR="00082271" w:rsidRDefault="00000000">
            <w:r>
              <w:t>$40</w:t>
            </w:r>
          </w:p>
        </w:tc>
      </w:tr>
    </w:tbl>
    <w:p w14:paraId="7D3B9D5A" w14:textId="77777777" w:rsidR="00082271" w:rsidRDefault="00000000">
      <w:pPr>
        <w:pStyle w:val="Heading3"/>
      </w:pPr>
      <w:r>
        <w:t>Juvenile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2271" w14:paraId="52D3D311" w14:textId="77777777">
        <w:tc>
          <w:tcPr>
            <w:tcW w:w="4320" w:type="dxa"/>
          </w:tcPr>
          <w:p w14:paraId="73108F09" w14:textId="77777777" w:rsidR="00082271" w:rsidRDefault="00000000">
            <w:r>
              <w:t>Placing</w:t>
            </w:r>
          </w:p>
        </w:tc>
        <w:tc>
          <w:tcPr>
            <w:tcW w:w="4320" w:type="dxa"/>
          </w:tcPr>
          <w:p w14:paraId="5D4C4A86" w14:textId="77777777" w:rsidR="00082271" w:rsidRDefault="00000000">
            <w:r>
              <w:t>Prize</w:t>
            </w:r>
          </w:p>
        </w:tc>
      </w:tr>
      <w:tr w:rsidR="00082271" w14:paraId="78F9DD17" w14:textId="77777777">
        <w:tc>
          <w:tcPr>
            <w:tcW w:w="4320" w:type="dxa"/>
          </w:tcPr>
          <w:p w14:paraId="23550B98" w14:textId="77777777" w:rsidR="00082271" w:rsidRDefault="00000000">
            <w:r>
              <w:t>1st</w:t>
            </w:r>
          </w:p>
        </w:tc>
        <w:tc>
          <w:tcPr>
            <w:tcW w:w="4320" w:type="dxa"/>
          </w:tcPr>
          <w:p w14:paraId="10AA8696" w14:textId="77777777" w:rsidR="00082271" w:rsidRDefault="00000000">
            <w:r>
              <w:t>$50 + Garland</w:t>
            </w:r>
          </w:p>
        </w:tc>
      </w:tr>
      <w:tr w:rsidR="00082271" w14:paraId="05CBDA5C" w14:textId="77777777">
        <w:tc>
          <w:tcPr>
            <w:tcW w:w="4320" w:type="dxa"/>
          </w:tcPr>
          <w:p w14:paraId="24A3A8D4" w14:textId="77777777" w:rsidR="00082271" w:rsidRDefault="00000000">
            <w:r>
              <w:t>2nd</w:t>
            </w:r>
          </w:p>
        </w:tc>
        <w:tc>
          <w:tcPr>
            <w:tcW w:w="4320" w:type="dxa"/>
          </w:tcPr>
          <w:p w14:paraId="35908F07" w14:textId="77777777" w:rsidR="00082271" w:rsidRDefault="00000000">
            <w:r>
              <w:t>$30</w:t>
            </w:r>
          </w:p>
        </w:tc>
      </w:tr>
      <w:tr w:rsidR="00082271" w14:paraId="23A31D4D" w14:textId="77777777">
        <w:tc>
          <w:tcPr>
            <w:tcW w:w="4320" w:type="dxa"/>
          </w:tcPr>
          <w:p w14:paraId="7884B497" w14:textId="77777777" w:rsidR="00082271" w:rsidRDefault="00000000">
            <w:r>
              <w:t>3rd</w:t>
            </w:r>
          </w:p>
        </w:tc>
        <w:tc>
          <w:tcPr>
            <w:tcW w:w="4320" w:type="dxa"/>
          </w:tcPr>
          <w:p w14:paraId="1610F567" w14:textId="77777777" w:rsidR="00082271" w:rsidRDefault="00000000">
            <w:r>
              <w:t>$20</w:t>
            </w:r>
          </w:p>
        </w:tc>
      </w:tr>
    </w:tbl>
    <w:p w14:paraId="43A7E53E" w14:textId="77777777" w:rsidR="00082271" w:rsidRDefault="00000000">
      <w:pPr>
        <w:pStyle w:val="Heading3"/>
      </w:pPr>
      <w:r>
        <w:t>Junior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2271" w14:paraId="7BCBB72E" w14:textId="77777777">
        <w:tc>
          <w:tcPr>
            <w:tcW w:w="4320" w:type="dxa"/>
          </w:tcPr>
          <w:p w14:paraId="1B12664D" w14:textId="77777777" w:rsidR="00082271" w:rsidRDefault="00000000">
            <w:r>
              <w:t>Placing</w:t>
            </w:r>
          </w:p>
        </w:tc>
        <w:tc>
          <w:tcPr>
            <w:tcW w:w="4320" w:type="dxa"/>
          </w:tcPr>
          <w:p w14:paraId="2BEB453B" w14:textId="77777777" w:rsidR="00082271" w:rsidRDefault="00000000">
            <w:r>
              <w:t>Prize</w:t>
            </w:r>
          </w:p>
        </w:tc>
      </w:tr>
      <w:tr w:rsidR="00082271" w14:paraId="708818B2" w14:textId="77777777">
        <w:tc>
          <w:tcPr>
            <w:tcW w:w="4320" w:type="dxa"/>
          </w:tcPr>
          <w:p w14:paraId="513F5C3E" w14:textId="77777777" w:rsidR="00082271" w:rsidRDefault="00000000">
            <w:r>
              <w:t>1st</w:t>
            </w:r>
          </w:p>
        </w:tc>
        <w:tc>
          <w:tcPr>
            <w:tcW w:w="4320" w:type="dxa"/>
          </w:tcPr>
          <w:p w14:paraId="06C28C2C" w14:textId="77777777" w:rsidR="00082271" w:rsidRDefault="00000000">
            <w:r>
              <w:t>$25 + Garland</w:t>
            </w:r>
          </w:p>
        </w:tc>
      </w:tr>
      <w:tr w:rsidR="00082271" w14:paraId="6C3558D4" w14:textId="77777777">
        <w:tc>
          <w:tcPr>
            <w:tcW w:w="4320" w:type="dxa"/>
          </w:tcPr>
          <w:p w14:paraId="30286504" w14:textId="77777777" w:rsidR="00082271" w:rsidRDefault="00000000">
            <w:r>
              <w:t>2nd</w:t>
            </w:r>
          </w:p>
        </w:tc>
        <w:tc>
          <w:tcPr>
            <w:tcW w:w="4320" w:type="dxa"/>
          </w:tcPr>
          <w:p w14:paraId="18B82A24" w14:textId="77777777" w:rsidR="00082271" w:rsidRDefault="00000000">
            <w:r>
              <w:t>$15</w:t>
            </w:r>
          </w:p>
        </w:tc>
      </w:tr>
      <w:tr w:rsidR="00082271" w14:paraId="21289B95" w14:textId="77777777">
        <w:tc>
          <w:tcPr>
            <w:tcW w:w="4320" w:type="dxa"/>
          </w:tcPr>
          <w:p w14:paraId="559DAE3B" w14:textId="77777777" w:rsidR="00082271" w:rsidRDefault="00000000">
            <w:r>
              <w:t>3rd</w:t>
            </w:r>
          </w:p>
        </w:tc>
        <w:tc>
          <w:tcPr>
            <w:tcW w:w="4320" w:type="dxa"/>
          </w:tcPr>
          <w:p w14:paraId="1D31F8F5" w14:textId="77777777" w:rsidR="00082271" w:rsidRDefault="00000000">
            <w:r>
              <w:t>$10</w:t>
            </w:r>
          </w:p>
        </w:tc>
      </w:tr>
    </w:tbl>
    <w:p w14:paraId="2DE56F08" w14:textId="77777777" w:rsidR="00082271" w:rsidRDefault="00000000">
      <w:pPr>
        <w:pStyle w:val="Heading3"/>
      </w:pPr>
      <w:r>
        <w:t>Encouragement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2271" w14:paraId="404026BB" w14:textId="77777777">
        <w:tc>
          <w:tcPr>
            <w:tcW w:w="4320" w:type="dxa"/>
          </w:tcPr>
          <w:p w14:paraId="55E15FD2" w14:textId="77777777" w:rsidR="00082271" w:rsidRDefault="00000000">
            <w:r>
              <w:t>Placing</w:t>
            </w:r>
          </w:p>
        </w:tc>
        <w:tc>
          <w:tcPr>
            <w:tcW w:w="4320" w:type="dxa"/>
          </w:tcPr>
          <w:p w14:paraId="4225D3EE" w14:textId="77777777" w:rsidR="00082271" w:rsidRDefault="00000000">
            <w:r>
              <w:t>Prize</w:t>
            </w:r>
          </w:p>
        </w:tc>
      </w:tr>
      <w:tr w:rsidR="00082271" w14:paraId="3C8A1FBC" w14:textId="77777777">
        <w:tc>
          <w:tcPr>
            <w:tcW w:w="4320" w:type="dxa"/>
          </w:tcPr>
          <w:p w14:paraId="781AA288" w14:textId="77777777" w:rsidR="00082271" w:rsidRDefault="00000000">
            <w:r>
              <w:t>1st</w:t>
            </w:r>
          </w:p>
        </w:tc>
        <w:tc>
          <w:tcPr>
            <w:tcW w:w="4320" w:type="dxa"/>
          </w:tcPr>
          <w:p w14:paraId="30DA2A00" w14:textId="77777777" w:rsidR="00082271" w:rsidRDefault="00000000">
            <w:r>
              <w:t>$25 + Garland</w:t>
            </w:r>
          </w:p>
        </w:tc>
      </w:tr>
      <w:tr w:rsidR="00082271" w14:paraId="1C550959" w14:textId="77777777">
        <w:tc>
          <w:tcPr>
            <w:tcW w:w="4320" w:type="dxa"/>
          </w:tcPr>
          <w:p w14:paraId="19F0520E" w14:textId="77777777" w:rsidR="00082271" w:rsidRDefault="00000000">
            <w:r>
              <w:t>2nd</w:t>
            </w:r>
          </w:p>
        </w:tc>
        <w:tc>
          <w:tcPr>
            <w:tcW w:w="4320" w:type="dxa"/>
          </w:tcPr>
          <w:p w14:paraId="3388A5FF" w14:textId="77777777" w:rsidR="00082271" w:rsidRDefault="00000000">
            <w:r>
              <w:t>$15</w:t>
            </w:r>
          </w:p>
        </w:tc>
      </w:tr>
      <w:tr w:rsidR="00082271" w14:paraId="16D87847" w14:textId="77777777">
        <w:tc>
          <w:tcPr>
            <w:tcW w:w="4320" w:type="dxa"/>
          </w:tcPr>
          <w:p w14:paraId="0554496B" w14:textId="77777777" w:rsidR="00082271" w:rsidRDefault="00000000">
            <w:r>
              <w:t>3rd</w:t>
            </w:r>
          </w:p>
        </w:tc>
        <w:tc>
          <w:tcPr>
            <w:tcW w:w="4320" w:type="dxa"/>
          </w:tcPr>
          <w:p w14:paraId="0D913630" w14:textId="77777777" w:rsidR="00082271" w:rsidRDefault="00000000">
            <w:r>
              <w:t>$10</w:t>
            </w:r>
          </w:p>
        </w:tc>
      </w:tr>
    </w:tbl>
    <w:p w14:paraId="098AEF0C" w14:textId="77777777" w:rsidR="00082271" w:rsidRDefault="00000000">
      <w:r>
        <w:t>Ribbons awarded to 1st, 2nd and 3rd place in each class.</w:t>
      </w:r>
      <w:r>
        <w:br/>
        <w:t>Points earned throughout the competition count towards the Final Rounds.</w:t>
      </w:r>
    </w:p>
    <w:p w14:paraId="32015C21" w14:textId="77777777" w:rsidR="00082271" w:rsidRDefault="00000000">
      <w:pPr>
        <w:pStyle w:val="Heading2"/>
      </w:pPr>
      <w:r>
        <w:t>Champion Awards</w:t>
      </w:r>
    </w:p>
    <w:p w14:paraId="79381D60" w14:textId="77777777" w:rsidR="00082271" w:rsidRDefault="00000000">
      <w:r>
        <w:t>Champion and Reserve Champion will be awarded in each class.</w:t>
      </w:r>
    </w:p>
    <w:p w14:paraId="78CBDF56" w14:textId="77777777" w:rsidR="00082271" w:rsidRPr="002E177F" w:rsidRDefault="00000000">
      <w:pPr>
        <w:pStyle w:val="Heading3"/>
        <w:rPr>
          <w:sz w:val="26"/>
          <w:szCs w:val="26"/>
        </w:rPr>
      </w:pPr>
      <w:r w:rsidRPr="002E177F">
        <w:rPr>
          <w:sz w:val="26"/>
          <w:szCs w:val="26"/>
        </w:rPr>
        <w:t>Senior Supreme Champion</w:t>
      </w:r>
    </w:p>
    <w:p w14:paraId="4043E300" w14:textId="77777777" w:rsidR="00082271" w:rsidRDefault="00000000">
      <w:r>
        <w:t>Dan Retschlag Memorial Trophy</w:t>
      </w:r>
      <w:r>
        <w:br/>
        <w:t>• Trophy donated by the Retschlag Family</w:t>
      </w:r>
      <w:r>
        <w:br/>
        <w:t>• Supreme Ribbon</w:t>
      </w:r>
      <w:r>
        <w:br/>
        <w:t>• Champion Rug donated by Gympie Saddleworld</w:t>
      </w:r>
    </w:p>
    <w:p w14:paraId="07683B1D" w14:textId="77777777" w:rsidR="00082271" w:rsidRPr="008F687A" w:rsidRDefault="00000000">
      <w:pPr>
        <w:pStyle w:val="Heading3"/>
        <w:rPr>
          <w:sz w:val="26"/>
          <w:szCs w:val="26"/>
        </w:rPr>
      </w:pPr>
      <w:r w:rsidRPr="008F687A">
        <w:rPr>
          <w:sz w:val="26"/>
          <w:szCs w:val="26"/>
        </w:rPr>
        <w:t>Junior Supreme Champion</w:t>
      </w:r>
    </w:p>
    <w:p w14:paraId="44B07F48" w14:textId="77777777" w:rsidR="00082271" w:rsidRDefault="00000000">
      <w:r>
        <w:t>Kim &amp; Sonia Afford Trophy</w:t>
      </w:r>
      <w:r>
        <w:br/>
        <w:t>• Trophy donated by Kim &amp; Sonia Afford</w:t>
      </w:r>
      <w:r>
        <w:br/>
        <w:t>• Supreme Ribbon</w:t>
      </w:r>
      <w:r>
        <w:br/>
        <w:t>• Champion Rug donated by Gympie Saddleworld</w:t>
      </w:r>
    </w:p>
    <w:p w14:paraId="420FCC64" w14:textId="77777777" w:rsidR="00082271" w:rsidRDefault="00000000">
      <w:pPr>
        <w:pStyle w:val="Heading2"/>
      </w:pPr>
      <w:r>
        <w:t>Lucky Participant Draw</w:t>
      </w:r>
    </w:p>
    <w:p w14:paraId="7320ECFF" w14:textId="77777777" w:rsidR="00082271" w:rsidRDefault="00000000">
      <w:r>
        <w:t>Every competitor will automatically go into the draw to win a $40 Carney's Feed Store Voucher.</w:t>
      </w:r>
      <w:r>
        <w:br/>
        <w:t>Winner drawn at the completion of the competition.</w:t>
      </w:r>
    </w:p>
    <w:p w14:paraId="395EF3EE" w14:textId="77777777" w:rsidR="006E0783" w:rsidRDefault="006E0783"/>
    <w:p w14:paraId="13A34B35" w14:textId="77777777" w:rsidR="00BD5C49" w:rsidRDefault="00BD5C49" w:rsidP="00BD5C49">
      <w:pPr>
        <w:spacing w:after="0"/>
      </w:pPr>
    </w:p>
    <w:p w14:paraId="63CFF9B6" w14:textId="25323EE3" w:rsidR="006117F4" w:rsidRPr="006117F4" w:rsidRDefault="006117F4" w:rsidP="00BD5C49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6117F4">
        <w:rPr>
          <w:rFonts w:asciiTheme="majorHAnsi" w:hAnsiTheme="majorHAnsi" w:cstheme="majorHAnsi"/>
          <w:b/>
          <w:bCs/>
          <w:sz w:val="28"/>
          <w:szCs w:val="28"/>
        </w:rPr>
        <w:lastRenderedPageBreak/>
        <w:t>WONDAI SHOW SOCIETY INC.</w:t>
      </w:r>
    </w:p>
    <w:p w14:paraId="2191BDBC" w14:textId="774DF177" w:rsidR="006117F4" w:rsidRPr="009303BC" w:rsidRDefault="006117F4" w:rsidP="009303BC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6117F4">
        <w:rPr>
          <w:rFonts w:asciiTheme="majorHAnsi" w:hAnsiTheme="majorHAnsi" w:cstheme="majorHAnsi"/>
          <w:b/>
          <w:bCs/>
          <w:sz w:val="28"/>
          <w:szCs w:val="28"/>
        </w:rPr>
        <w:t>2026 WONDAI SHOW STOCKMAN'S CHALLENGE</w:t>
      </w:r>
      <w:r w:rsidRPr="006117F4">
        <w:rPr>
          <w:rFonts w:asciiTheme="majorHAnsi" w:hAnsiTheme="majorHAnsi" w:cstheme="majorHAnsi"/>
          <w:b/>
          <w:bCs/>
          <w:sz w:val="28"/>
          <w:szCs w:val="28"/>
        </w:rPr>
        <w:br/>
        <w:t>NOMINATION FORM</w:t>
      </w:r>
      <w:r w:rsidRPr="006117F4">
        <w:rPr>
          <w:rFonts w:asciiTheme="majorHAnsi" w:hAnsiTheme="majorHAnsi" w:cstheme="majorHAnsi"/>
          <w:sz w:val="24"/>
          <w:szCs w:val="24"/>
        </w:rPr>
        <w:br/>
      </w:r>
      <w:r w:rsidRPr="006117F4">
        <w:rPr>
          <w:rFonts w:asciiTheme="majorHAnsi" w:hAnsiTheme="majorHAnsi" w:cstheme="majorHAnsi"/>
          <w:sz w:val="24"/>
          <w:szCs w:val="24"/>
        </w:rPr>
        <w:br/>
        <w:t>All competitors must be on the grounds by 8:00 am.</w:t>
      </w:r>
      <w:r w:rsidRPr="006117F4">
        <w:rPr>
          <w:rFonts w:asciiTheme="majorHAnsi" w:hAnsiTheme="majorHAnsi" w:cstheme="majorHAnsi"/>
          <w:sz w:val="24"/>
          <w:szCs w:val="24"/>
        </w:rPr>
        <w:br/>
        <w:t>Judging commences at 8:30 am sharp.</w:t>
      </w:r>
    </w:p>
    <w:p w14:paraId="6F28888C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Competitor Details</w:t>
      </w:r>
    </w:p>
    <w:p w14:paraId="010B45FE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Competitor Name: _________________________________________________</w:t>
      </w:r>
    </w:p>
    <w:p w14:paraId="2888E0BD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Address: _________________________________________________</w:t>
      </w:r>
    </w:p>
    <w:p w14:paraId="262286BC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Suburb: _________________________________________________</w:t>
      </w:r>
    </w:p>
    <w:p w14:paraId="159791A2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State: _________________________________________________</w:t>
      </w:r>
    </w:p>
    <w:p w14:paraId="72BABFF0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Postcode: _________________________________________________</w:t>
      </w:r>
    </w:p>
    <w:p w14:paraId="016258B5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Phone: _________________________________________________</w:t>
      </w:r>
    </w:p>
    <w:p w14:paraId="34F1D306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Email: _________________________________________________</w:t>
      </w:r>
    </w:p>
    <w:p w14:paraId="3C395AA8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Date of Birth (if under 18): _________________________________________________</w:t>
      </w:r>
    </w:p>
    <w:p w14:paraId="7F57BD53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Emergency Contact: _________________________________________________</w:t>
      </w:r>
    </w:p>
    <w:p w14:paraId="64071D06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Emergency Contact Phone: _________________________________________________</w:t>
      </w:r>
    </w:p>
    <w:p w14:paraId="7FF16364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Horse Details</w:t>
      </w:r>
    </w:p>
    <w:p w14:paraId="6A7EE8F7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Horse Name: _________________________________________________</w:t>
      </w:r>
    </w:p>
    <w:p w14:paraId="21BC2C77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Breed: _________________________________________________</w:t>
      </w:r>
    </w:p>
    <w:p w14:paraId="4B0297D0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Age: _________________________________________________</w:t>
      </w:r>
    </w:p>
    <w:p w14:paraId="3D86E473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Sex (Circle): Gelding / Mare / Filly / Stallion / Colt _________________________________________________</w:t>
      </w:r>
    </w:p>
    <w:p w14:paraId="7AF6DA1A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Registered Name (if applicable): _________________________________________________</w:t>
      </w:r>
    </w:p>
    <w:p w14:paraId="6B1A1ED7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Competition Class</w:t>
      </w:r>
    </w:p>
    <w:p w14:paraId="641E00A2" w14:textId="77777777" w:rsidR="006117F4" w:rsidRPr="006117F4" w:rsidRDefault="006117F4" w:rsidP="00BD5C49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="Segoe UI Symbol" w:hAnsi="Segoe UI Symbol" w:cs="Segoe UI Symbol"/>
          <w:sz w:val="24"/>
          <w:szCs w:val="24"/>
        </w:rPr>
        <w:t>☐</w:t>
      </w:r>
      <w:r w:rsidRPr="006117F4">
        <w:rPr>
          <w:rFonts w:asciiTheme="majorHAnsi" w:hAnsiTheme="majorHAnsi" w:cstheme="majorHAnsi"/>
          <w:sz w:val="24"/>
          <w:szCs w:val="24"/>
        </w:rPr>
        <w:t xml:space="preserve"> Open (17 Years &amp; Over) – $30</w:t>
      </w:r>
    </w:p>
    <w:p w14:paraId="6E0B41A8" w14:textId="77777777" w:rsidR="006117F4" w:rsidRPr="006117F4" w:rsidRDefault="006117F4" w:rsidP="00BD5C49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="Segoe UI Symbol" w:hAnsi="Segoe UI Symbol" w:cs="Segoe UI Symbol"/>
          <w:sz w:val="24"/>
          <w:szCs w:val="24"/>
        </w:rPr>
        <w:t>☐</w:t>
      </w:r>
      <w:r w:rsidRPr="006117F4">
        <w:rPr>
          <w:rFonts w:asciiTheme="majorHAnsi" w:hAnsiTheme="majorHAnsi" w:cstheme="majorHAnsi"/>
          <w:sz w:val="24"/>
          <w:szCs w:val="24"/>
        </w:rPr>
        <w:t xml:space="preserve"> Juvenile (12–16 Years) – $30</w:t>
      </w:r>
    </w:p>
    <w:p w14:paraId="40E2BF12" w14:textId="77777777" w:rsidR="006117F4" w:rsidRPr="006117F4" w:rsidRDefault="006117F4" w:rsidP="00BD5C49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="Segoe UI Symbol" w:hAnsi="Segoe UI Symbol" w:cs="Segoe UI Symbol"/>
          <w:sz w:val="24"/>
          <w:szCs w:val="24"/>
        </w:rPr>
        <w:t>☐</w:t>
      </w:r>
      <w:r w:rsidRPr="006117F4">
        <w:rPr>
          <w:rFonts w:asciiTheme="majorHAnsi" w:hAnsiTheme="majorHAnsi" w:cstheme="majorHAnsi"/>
          <w:sz w:val="24"/>
          <w:szCs w:val="24"/>
        </w:rPr>
        <w:t xml:space="preserve"> Junior (Under 12 Years) – $20</w:t>
      </w:r>
    </w:p>
    <w:p w14:paraId="55C8E4E3" w14:textId="77777777" w:rsidR="006117F4" w:rsidRPr="006117F4" w:rsidRDefault="006117F4" w:rsidP="00BD5C49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="Segoe UI Symbol" w:hAnsi="Segoe UI Symbol" w:cs="Segoe UI Symbol"/>
          <w:sz w:val="24"/>
          <w:szCs w:val="24"/>
        </w:rPr>
        <w:t>☐</w:t>
      </w:r>
      <w:r w:rsidRPr="006117F4">
        <w:rPr>
          <w:rFonts w:asciiTheme="majorHAnsi" w:hAnsiTheme="majorHAnsi" w:cstheme="majorHAnsi"/>
          <w:sz w:val="24"/>
          <w:szCs w:val="24"/>
        </w:rPr>
        <w:t xml:space="preserve"> Encouragement (Open to Any Age) – $20</w:t>
      </w:r>
    </w:p>
    <w:p w14:paraId="1701C005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lastRenderedPageBreak/>
        <w:t>Declaration</w:t>
      </w:r>
    </w:p>
    <w:p w14:paraId="39303458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 xml:space="preserve">I agree to compete entirely at my own risk, abide by the rules of the </w:t>
      </w:r>
      <w:proofErr w:type="spellStart"/>
      <w:r w:rsidRPr="006117F4">
        <w:rPr>
          <w:rFonts w:asciiTheme="majorHAnsi" w:hAnsiTheme="majorHAnsi" w:cstheme="majorHAnsi"/>
          <w:sz w:val="24"/>
          <w:szCs w:val="24"/>
        </w:rPr>
        <w:t>Wondai</w:t>
      </w:r>
      <w:proofErr w:type="spellEnd"/>
      <w:r w:rsidRPr="006117F4">
        <w:rPr>
          <w:rFonts w:asciiTheme="majorHAnsi" w:hAnsiTheme="majorHAnsi" w:cstheme="majorHAnsi"/>
          <w:sz w:val="24"/>
          <w:szCs w:val="24"/>
        </w:rPr>
        <w:t xml:space="preserve"> Show Society, declare my horse is fit to compete, acknowledge the Judge's decision is final, and release the Society from liability for injury, loss or damage.</w:t>
      </w:r>
    </w:p>
    <w:p w14:paraId="0954D41C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Competitor Signature: _________________________________________________</w:t>
      </w:r>
    </w:p>
    <w:p w14:paraId="1659FC3C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Date: _________________________________________________</w:t>
      </w:r>
    </w:p>
    <w:p w14:paraId="152E36E8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Parent/Guardian Consent (Under 18 Years)</w:t>
      </w:r>
    </w:p>
    <w:p w14:paraId="28FD2319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I give permission for the above competitor to compete.</w:t>
      </w:r>
    </w:p>
    <w:p w14:paraId="12382E22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Parent/Guardian Name: _________________________________________________</w:t>
      </w:r>
    </w:p>
    <w:p w14:paraId="104E7CBC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Signature: _________________________________________________</w:t>
      </w:r>
    </w:p>
    <w:p w14:paraId="2E13FC7C" w14:textId="77777777" w:rsidR="006117F4" w:rsidRPr="006117F4" w:rsidRDefault="006117F4" w:rsidP="006117F4">
      <w:pPr>
        <w:rPr>
          <w:rFonts w:asciiTheme="majorHAnsi" w:hAnsiTheme="majorHAnsi" w:cstheme="majorHAnsi"/>
          <w:sz w:val="24"/>
          <w:szCs w:val="24"/>
        </w:rPr>
      </w:pPr>
      <w:r w:rsidRPr="006117F4">
        <w:rPr>
          <w:rFonts w:asciiTheme="majorHAnsi" w:hAnsiTheme="majorHAnsi" w:cstheme="majorHAnsi"/>
          <w:sz w:val="24"/>
          <w:szCs w:val="24"/>
        </w:rPr>
        <w:t>Phone: _________________________________________________</w:t>
      </w:r>
    </w:p>
    <w:p w14:paraId="4FC9DFC3" w14:textId="77777777" w:rsidR="006117F4" w:rsidRP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117F4" w:rsidRPr="006117F4" w14:paraId="745010A1" w14:textId="77777777" w:rsidTr="00361A31">
        <w:tc>
          <w:tcPr>
            <w:tcW w:w="4320" w:type="dxa"/>
          </w:tcPr>
          <w:p w14:paraId="0E9A16F5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Nomination Received</w:t>
            </w:r>
          </w:p>
        </w:tc>
        <w:tc>
          <w:tcPr>
            <w:tcW w:w="4320" w:type="dxa"/>
          </w:tcPr>
          <w:p w14:paraId="486F63AF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 xml:space="preserve"> Yes </w:t>
            </w:r>
            <w:r w:rsidRPr="006117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 xml:space="preserve"> No</w:t>
            </w:r>
          </w:p>
        </w:tc>
      </w:tr>
      <w:tr w:rsidR="006117F4" w:rsidRPr="006117F4" w14:paraId="42FF205F" w14:textId="77777777" w:rsidTr="00361A31">
        <w:tc>
          <w:tcPr>
            <w:tcW w:w="4320" w:type="dxa"/>
          </w:tcPr>
          <w:p w14:paraId="3E9AEB72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Entry Fee Paid</w:t>
            </w:r>
          </w:p>
        </w:tc>
        <w:tc>
          <w:tcPr>
            <w:tcW w:w="4320" w:type="dxa"/>
          </w:tcPr>
          <w:p w14:paraId="58475119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 xml:space="preserve"> Cash </w:t>
            </w:r>
            <w:r w:rsidRPr="006117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 xml:space="preserve"> EFT </w:t>
            </w:r>
            <w:r w:rsidRPr="006117F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 xml:space="preserve"> Other</w:t>
            </w:r>
          </w:p>
        </w:tc>
      </w:tr>
      <w:tr w:rsidR="006117F4" w:rsidRPr="006117F4" w14:paraId="5F8750C9" w14:textId="77777777" w:rsidTr="00361A31">
        <w:tc>
          <w:tcPr>
            <w:tcW w:w="4320" w:type="dxa"/>
          </w:tcPr>
          <w:p w14:paraId="5089B2C1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Amount Paid</w:t>
            </w:r>
          </w:p>
        </w:tc>
        <w:tc>
          <w:tcPr>
            <w:tcW w:w="4320" w:type="dxa"/>
          </w:tcPr>
          <w:p w14:paraId="4D9B7293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$</w:t>
            </w:r>
          </w:p>
        </w:tc>
      </w:tr>
      <w:tr w:rsidR="006117F4" w:rsidRPr="006117F4" w14:paraId="46C352D1" w14:textId="77777777" w:rsidTr="00361A31">
        <w:tc>
          <w:tcPr>
            <w:tcW w:w="4320" w:type="dxa"/>
          </w:tcPr>
          <w:p w14:paraId="653311A0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Competitor Number</w:t>
            </w:r>
          </w:p>
        </w:tc>
        <w:tc>
          <w:tcPr>
            <w:tcW w:w="4320" w:type="dxa"/>
          </w:tcPr>
          <w:p w14:paraId="73380276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17F4" w:rsidRPr="006117F4" w14:paraId="5CEE2083" w14:textId="77777777" w:rsidTr="00361A31">
        <w:tc>
          <w:tcPr>
            <w:tcW w:w="4320" w:type="dxa"/>
          </w:tcPr>
          <w:p w14:paraId="4E4CEFC5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117F4">
              <w:rPr>
                <w:rFonts w:asciiTheme="majorHAnsi" w:hAnsiTheme="majorHAnsi" w:cstheme="majorHAnsi"/>
                <w:sz w:val="24"/>
                <w:szCs w:val="24"/>
              </w:rPr>
              <w:t>Class</w:t>
            </w:r>
          </w:p>
        </w:tc>
        <w:tc>
          <w:tcPr>
            <w:tcW w:w="4320" w:type="dxa"/>
          </w:tcPr>
          <w:p w14:paraId="78973C38" w14:textId="77777777" w:rsidR="006117F4" w:rsidRPr="006117F4" w:rsidRDefault="006117F4" w:rsidP="006117F4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7305714" w14:textId="77777777" w:rsidR="006117F4" w:rsidRDefault="006117F4" w:rsidP="006117F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b/>
          <w:bCs/>
          <w:sz w:val="24"/>
          <w:szCs w:val="24"/>
        </w:rPr>
        <w:t>Nomination Information</w:t>
      </w:r>
    </w:p>
    <w:p w14:paraId="0B8BCB7D" w14:textId="3EACD33B" w:rsidR="006117F4" w:rsidRPr="006117F4" w:rsidRDefault="006117F4" w:rsidP="006117F4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6117F4">
        <w:rPr>
          <w:rFonts w:asciiTheme="majorHAnsi" w:hAnsiTheme="majorHAnsi" w:cstheme="majorHAnsi"/>
          <w:sz w:val="20"/>
          <w:szCs w:val="20"/>
          <w:u w:val="single"/>
        </w:rPr>
        <w:t>Enquiries</w:t>
      </w:r>
      <w:r w:rsidRPr="006117F4">
        <w:rPr>
          <w:rFonts w:asciiTheme="majorHAnsi" w:hAnsiTheme="majorHAnsi" w:cstheme="majorHAnsi"/>
          <w:sz w:val="20"/>
          <w:szCs w:val="20"/>
        </w:rPr>
        <w:br/>
        <w:t>Kathy Donald</w:t>
      </w:r>
      <w:r w:rsidRPr="006117F4">
        <w:rPr>
          <w:rFonts w:asciiTheme="majorHAnsi" w:hAnsiTheme="majorHAnsi" w:cstheme="majorHAnsi"/>
          <w:sz w:val="20"/>
          <w:szCs w:val="20"/>
        </w:rPr>
        <w:br/>
        <w:t>0418 838 448</w:t>
      </w:r>
    </w:p>
    <w:p w14:paraId="6E95E420" w14:textId="77777777" w:rsidR="009303BC" w:rsidRDefault="009303BC" w:rsidP="006117F4">
      <w:pPr>
        <w:spacing w:after="0"/>
        <w:rPr>
          <w:rFonts w:asciiTheme="majorHAnsi" w:hAnsiTheme="majorHAnsi" w:cstheme="majorHAnsi"/>
          <w:sz w:val="20"/>
          <w:szCs w:val="20"/>
          <w:u w:val="single"/>
        </w:rPr>
      </w:pPr>
    </w:p>
    <w:p w14:paraId="0E507DA4" w14:textId="40F0BD2B" w:rsidR="009303BC" w:rsidRDefault="006117F4" w:rsidP="006117F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6117F4">
        <w:rPr>
          <w:rFonts w:asciiTheme="majorHAnsi" w:hAnsiTheme="majorHAnsi" w:cstheme="majorHAnsi"/>
          <w:sz w:val="20"/>
          <w:szCs w:val="20"/>
          <w:u w:val="single"/>
        </w:rPr>
        <w:t>Nominations</w:t>
      </w:r>
      <w:r w:rsidRPr="006117F4">
        <w:rPr>
          <w:rFonts w:asciiTheme="majorHAnsi" w:hAnsiTheme="majorHAnsi" w:cstheme="majorHAnsi"/>
          <w:sz w:val="20"/>
          <w:szCs w:val="20"/>
        </w:rPr>
        <w:br/>
        <w:t>Amanda Magee</w:t>
      </w:r>
      <w:r w:rsidRPr="006117F4">
        <w:rPr>
          <w:rFonts w:asciiTheme="majorHAnsi" w:hAnsiTheme="majorHAnsi" w:cstheme="majorHAnsi"/>
          <w:sz w:val="20"/>
          <w:szCs w:val="20"/>
        </w:rPr>
        <w:tab/>
      </w:r>
      <w:r w:rsidRPr="006117F4">
        <w:rPr>
          <w:rFonts w:asciiTheme="majorHAnsi" w:hAnsiTheme="majorHAnsi" w:cstheme="majorHAnsi"/>
          <w:sz w:val="20"/>
          <w:szCs w:val="20"/>
        </w:rPr>
        <w:tab/>
      </w:r>
      <w:r w:rsidRPr="006117F4">
        <w:rPr>
          <w:rFonts w:asciiTheme="majorHAnsi" w:hAnsiTheme="majorHAnsi" w:cstheme="majorHAnsi"/>
          <w:sz w:val="20"/>
          <w:szCs w:val="20"/>
        </w:rPr>
        <w:tab/>
      </w:r>
      <w:r w:rsidRPr="006117F4">
        <w:rPr>
          <w:rFonts w:asciiTheme="majorHAnsi" w:hAnsiTheme="majorHAnsi" w:cstheme="majorHAnsi"/>
          <w:sz w:val="20"/>
          <w:szCs w:val="20"/>
        </w:rPr>
        <w:tab/>
      </w:r>
      <w:r w:rsidRPr="006117F4">
        <w:rPr>
          <w:rFonts w:asciiTheme="majorHAnsi" w:hAnsiTheme="majorHAnsi" w:cstheme="majorHAnsi"/>
          <w:sz w:val="20"/>
          <w:szCs w:val="20"/>
        </w:rPr>
        <w:br/>
        <w:t>magee4118@gmail.com</w:t>
      </w:r>
      <w:r w:rsidRPr="006117F4">
        <w:rPr>
          <w:rFonts w:asciiTheme="majorHAnsi" w:hAnsiTheme="majorHAnsi" w:cstheme="majorHAnsi"/>
          <w:sz w:val="20"/>
          <w:szCs w:val="20"/>
        </w:rPr>
        <w:br/>
      </w:r>
    </w:p>
    <w:p w14:paraId="6C4A6210" w14:textId="50F6275A" w:rsidR="006117F4" w:rsidRPr="006117F4" w:rsidRDefault="006117F4" w:rsidP="006117F4">
      <w:pPr>
        <w:spacing w:after="0"/>
        <w:rPr>
          <w:rFonts w:asciiTheme="majorHAnsi" w:hAnsiTheme="majorHAnsi" w:cstheme="majorHAnsi"/>
          <w:sz w:val="20"/>
          <w:szCs w:val="20"/>
        </w:rPr>
      </w:pPr>
      <w:proofErr w:type="spellStart"/>
      <w:r w:rsidRPr="006117F4">
        <w:rPr>
          <w:rFonts w:asciiTheme="majorHAnsi" w:hAnsiTheme="majorHAnsi" w:cstheme="majorHAnsi"/>
          <w:sz w:val="20"/>
          <w:szCs w:val="20"/>
        </w:rPr>
        <w:t>Wondai</w:t>
      </w:r>
      <w:proofErr w:type="spellEnd"/>
      <w:r w:rsidRPr="006117F4">
        <w:rPr>
          <w:rFonts w:asciiTheme="majorHAnsi" w:hAnsiTheme="majorHAnsi" w:cstheme="majorHAnsi"/>
          <w:sz w:val="20"/>
          <w:szCs w:val="20"/>
        </w:rPr>
        <w:t xml:space="preserve"> Show Society</w:t>
      </w:r>
      <w:r w:rsidRPr="006117F4">
        <w:rPr>
          <w:rFonts w:asciiTheme="majorHAnsi" w:hAnsiTheme="majorHAnsi" w:cstheme="majorHAnsi"/>
          <w:sz w:val="20"/>
          <w:szCs w:val="20"/>
        </w:rPr>
        <w:br/>
        <w:t>PO Box 159</w:t>
      </w:r>
      <w:r w:rsidRPr="006117F4">
        <w:rPr>
          <w:rFonts w:asciiTheme="majorHAnsi" w:hAnsiTheme="majorHAnsi" w:cstheme="majorHAnsi"/>
          <w:sz w:val="20"/>
          <w:szCs w:val="20"/>
        </w:rPr>
        <w:br/>
      </w:r>
      <w:proofErr w:type="spellStart"/>
      <w:r w:rsidRPr="006117F4">
        <w:rPr>
          <w:rFonts w:asciiTheme="majorHAnsi" w:hAnsiTheme="majorHAnsi" w:cstheme="majorHAnsi"/>
          <w:sz w:val="20"/>
          <w:szCs w:val="20"/>
        </w:rPr>
        <w:t>Wondai</w:t>
      </w:r>
      <w:proofErr w:type="spellEnd"/>
      <w:r w:rsidRPr="006117F4">
        <w:rPr>
          <w:rFonts w:asciiTheme="majorHAnsi" w:hAnsiTheme="majorHAnsi" w:cstheme="majorHAnsi"/>
          <w:sz w:val="20"/>
          <w:szCs w:val="20"/>
        </w:rPr>
        <w:t xml:space="preserve"> QLD 4606</w:t>
      </w:r>
      <w:r w:rsidRPr="006117F4">
        <w:rPr>
          <w:rFonts w:asciiTheme="majorHAnsi" w:hAnsiTheme="majorHAnsi" w:cstheme="majorHAnsi"/>
          <w:sz w:val="20"/>
          <w:szCs w:val="20"/>
        </w:rPr>
        <w:br/>
        <w:t>secretary@wondaishow.com.au</w:t>
      </w:r>
    </w:p>
    <w:p w14:paraId="1E696266" w14:textId="77777777" w:rsidR="006E0783" w:rsidRDefault="006E0783" w:rsidP="006117F4">
      <w:pPr>
        <w:jc w:val="center"/>
      </w:pPr>
    </w:p>
    <w:p w14:paraId="68B1A6BB" w14:textId="1A07A982" w:rsidR="006E0783" w:rsidRDefault="00093E89">
      <w:r w:rsidRPr="00093E89">
        <w:lastRenderedPageBreak/>
        <w:drawing>
          <wp:inline distT="0" distB="0" distL="0" distR="0" wp14:anchorId="32FEA250" wp14:editId="20241324">
            <wp:extent cx="8972345" cy="6817135"/>
            <wp:effectExtent l="0" t="8255" r="0" b="0"/>
            <wp:docPr id="1963211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110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99372" cy="683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B7C7A" w14:textId="6804BEA8" w:rsidR="006E0783" w:rsidRDefault="00093E89">
      <w:r w:rsidRPr="00093E89">
        <w:lastRenderedPageBreak/>
        <w:drawing>
          <wp:inline distT="0" distB="0" distL="0" distR="0" wp14:anchorId="19130F45" wp14:editId="7CCD0075">
            <wp:extent cx="6858000" cy="5591175"/>
            <wp:effectExtent l="0" t="0" r="0" b="9525"/>
            <wp:docPr id="1886796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7963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8306E" w14:textId="77777777" w:rsidR="006E0783" w:rsidRDefault="006E0783"/>
    <w:p w14:paraId="127784D9" w14:textId="77777777" w:rsidR="006E0783" w:rsidRDefault="006E0783"/>
    <w:p w14:paraId="6962C165" w14:textId="77777777" w:rsidR="006E0783" w:rsidRDefault="006E0783"/>
    <w:p w14:paraId="44B405CF" w14:textId="77777777" w:rsidR="006E0783" w:rsidRDefault="006E0783"/>
    <w:p w14:paraId="0E6100FE" w14:textId="77777777" w:rsidR="006E0783" w:rsidRDefault="006E0783"/>
    <w:p w14:paraId="6E78BA1D" w14:textId="77777777" w:rsidR="006E0783" w:rsidRDefault="006E0783"/>
    <w:p w14:paraId="28573E56" w14:textId="77777777" w:rsidR="006E0783" w:rsidRDefault="006E0783"/>
    <w:p w14:paraId="1A5909DA" w14:textId="77777777" w:rsidR="006E0783" w:rsidRDefault="006E0783"/>
    <w:p w14:paraId="586237D2" w14:textId="77777777" w:rsidR="006E0783" w:rsidRDefault="006E0783"/>
    <w:p w14:paraId="0020D061" w14:textId="77777777" w:rsidR="006E0783" w:rsidRDefault="006E0783"/>
    <w:p w14:paraId="30E8ABDE" w14:textId="2EAF83F1" w:rsidR="00082271" w:rsidRPr="006E0783" w:rsidRDefault="006E0783" w:rsidP="00093E89">
      <w:pPr>
        <w:pStyle w:val="Heading2"/>
        <w:rPr>
          <w:sz w:val="36"/>
          <w:szCs w:val="36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ACA5A7" wp14:editId="7396FCDC">
                <wp:simplePos x="0" y="0"/>
                <wp:positionH relativeFrom="column">
                  <wp:posOffset>137160</wp:posOffset>
                </wp:positionH>
                <wp:positionV relativeFrom="paragraph">
                  <wp:posOffset>674370</wp:posOffset>
                </wp:positionV>
                <wp:extent cx="6606540" cy="5875020"/>
                <wp:effectExtent l="0" t="0" r="22860" b="11430"/>
                <wp:wrapNone/>
                <wp:docPr id="21048364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6540" cy="5875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722332" w14:textId="2ABE2833" w:rsidR="008F687A" w:rsidRDefault="008F687A"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2970AA" wp14:editId="33F5BC62">
                                  <wp:extent cx="2674620" cy="1976894"/>
                                  <wp:effectExtent l="0" t="0" r="0" b="4445"/>
                                  <wp:docPr id="18661252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6125299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0981" cy="19889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247493" wp14:editId="32068872">
                                  <wp:extent cx="2129488" cy="1552575"/>
                                  <wp:effectExtent l="0" t="0" r="4445" b="0"/>
                                  <wp:docPr id="40126477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126477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4197" cy="1556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F9C239" w14:textId="3B71D496" w:rsidR="008F687A" w:rsidRDefault="008F687A">
                            <w:r>
                              <w:t xml:space="preserve">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D2440F" wp14:editId="49A8AC14">
                                  <wp:extent cx="2026920" cy="1426070"/>
                                  <wp:effectExtent l="0" t="0" r="0" b="3175"/>
                                  <wp:docPr id="186956831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9568310" name="Picture 1869568310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0459" cy="1435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956FA5" wp14:editId="7061BD4C">
                                  <wp:extent cx="2063417" cy="1109772"/>
                                  <wp:effectExtent l="0" t="0" r="0" b="0"/>
                                  <wp:docPr id="18748110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481103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0506" cy="11350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682C1F" w14:textId="77777777" w:rsidR="008F687A" w:rsidRDefault="008F687A" w:rsidP="002E177F">
                            <w:pPr>
                              <w:jc w:val="center"/>
                            </w:pPr>
                          </w:p>
                          <w:p w14:paraId="1ECAE876" w14:textId="77777777" w:rsidR="00F52EDA" w:rsidRPr="00F52EDA" w:rsidRDefault="00F52EDA" w:rsidP="00F52EDA">
                            <w:pPr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Kathy &amp; Darren Donald – Crowned Acres Oak Performance Horses</w:t>
                            </w:r>
                          </w:p>
                          <w:p w14:paraId="6944B6B4" w14:textId="77777777" w:rsidR="00F52EDA" w:rsidRPr="00F52EDA" w:rsidRDefault="00F52EDA" w:rsidP="00F52EDA">
                            <w:pPr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Retschlag</w:t>
                            </w:r>
                            <w:proofErr w:type="spellEnd"/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Family – In Memory of Dan </w:t>
                            </w:r>
                            <w:proofErr w:type="spellStart"/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Retschlag</w:t>
                            </w:r>
                            <w:proofErr w:type="spellEnd"/>
                          </w:p>
                          <w:p w14:paraId="0C220E4E" w14:textId="77777777" w:rsidR="00F52EDA" w:rsidRPr="00F52EDA" w:rsidRDefault="00F52EDA" w:rsidP="00F52EDA">
                            <w:pPr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Kim &amp; Sonia Afford – Afford Racing</w:t>
                            </w:r>
                          </w:p>
                          <w:p w14:paraId="1E3FFBE0" w14:textId="2CDFC00C" w:rsidR="00F52EDA" w:rsidRPr="00F52EDA" w:rsidRDefault="00F52EDA" w:rsidP="00F52EDA">
                            <w:pPr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2ED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Sue Hullock &amp; Family</w:t>
                            </w:r>
                          </w:p>
                          <w:p w14:paraId="16C442A3" w14:textId="77777777" w:rsidR="00F52EDA" w:rsidRDefault="00F52EDA" w:rsidP="002E177F">
                            <w:pPr>
                              <w:jc w:val="center"/>
                            </w:pPr>
                          </w:p>
                          <w:p w14:paraId="65066A04" w14:textId="3623A769" w:rsidR="00F52EDA" w:rsidRDefault="00F52EDA" w:rsidP="002E177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CA5A7" id="Text Box 1" o:spid="_x0000_s1028" type="#_x0000_t202" style="position:absolute;margin-left:10.8pt;margin-top:53.1pt;width:520.2pt;height:46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" fillcolor="white [3201]" strokecolor="white [3212]" strokeweight=".5pt">
                <v:textbox>
                  <w:txbxContent>
                    <w:p w14:paraId="29722332" w14:textId="2ABE2833" w:rsidR="008F687A" w:rsidRDefault="008F687A">
                      <w:r>
                        <w:rPr>
                          <w:noProof/>
                        </w:rP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B2970AA" wp14:editId="33F5BC62">
                            <wp:extent cx="2674620" cy="1976894"/>
                            <wp:effectExtent l="0" t="0" r="0" b="4445"/>
                            <wp:docPr id="18661252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6125299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0981" cy="19889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3247493" wp14:editId="32068872">
                            <wp:extent cx="2129488" cy="1552575"/>
                            <wp:effectExtent l="0" t="0" r="4445" b="0"/>
                            <wp:docPr id="40126477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126477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4197" cy="1556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F9C239" w14:textId="3B71D496" w:rsidR="008F687A" w:rsidRDefault="008F687A">
                      <w:r>
                        <w:t xml:space="preserve">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2D2440F" wp14:editId="49A8AC14">
                            <wp:extent cx="2026920" cy="1426070"/>
                            <wp:effectExtent l="0" t="0" r="0" b="3175"/>
                            <wp:docPr id="186956831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9568310" name="Picture 1869568310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0459" cy="1435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D956FA5" wp14:editId="7061BD4C">
                            <wp:extent cx="2063417" cy="1109772"/>
                            <wp:effectExtent l="0" t="0" r="0" b="0"/>
                            <wp:docPr id="18748110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481103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0506" cy="11350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682C1F" w14:textId="77777777" w:rsidR="008F687A" w:rsidRDefault="008F687A" w:rsidP="002E177F">
                      <w:pPr>
                        <w:jc w:val="center"/>
                      </w:pPr>
                    </w:p>
                    <w:p w14:paraId="1ECAE876" w14:textId="77777777" w:rsidR="00F52EDA" w:rsidRPr="00F52EDA" w:rsidRDefault="00F52EDA" w:rsidP="00F52EDA">
                      <w:pPr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Kathy &amp; Darren Donald – Crowned Acres Oak Performance Horses</w:t>
                      </w:r>
                    </w:p>
                    <w:p w14:paraId="6944B6B4" w14:textId="77777777" w:rsidR="00F52EDA" w:rsidRPr="00F52EDA" w:rsidRDefault="00F52EDA" w:rsidP="00F52EDA">
                      <w:pPr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Retschlag</w:t>
                      </w:r>
                      <w:proofErr w:type="spellEnd"/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Family – In Memory of Dan </w:t>
                      </w:r>
                      <w:proofErr w:type="spellStart"/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Retschlag</w:t>
                      </w:r>
                      <w:proofErr w:type="spellEnd"/>
                    </w:p>
                    <w:p w14:paraId="0C220E4E" w14:textId="77777777" w:rsidR="00F52EDA" w:rsidRPr="00F52EDA" w:rsidRDefault="00F52EDA" w:rsidP="00F52EDA">
                      <w:pPr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Kim &amp; Sonia Afford – Afford Racing</w:t>
                      </w:r>
                    </w:p>
                    <w:p w14:paraId="1E3FFBE0" w14:textId="2CDFC00C" w:rsidR="00F52EDA" w:rsidRPr="00F52EDA" w:rsidRDefault="00F52EDA" w:rsidP="00F52EDA">
                      <w:pPr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F52EDA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Sue Hullock &amp; Family</w:t>
                      </w:r>
                    </w:p>
                    <w:p w14:paraId="16C442A3" w14:textId="77777777" w:rsidR="00F52EDA" w:rsidRDefault="00F52EDA" w:rsidP="002E177F">
                      <w:pPr>
                        <w:jc w:val="center"/>
                      </w:pPr>
                    </w:p>
                    <w:p w14:paraId="65066A04" w14:textId="3623A769" w:rsidR="00F52EDA" w:rsidRDefault="00F52EDA" w:rsidP="002E177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52EDA" w:rsidRPr="00F52EDA">
        <w:rPr>
          <w:sz w:val="36"/>
          <w:szCs w:val="36"/>
          <w:u w:val="single"/>
        </w:rPr>
        <w:t xml:space="preserve">Thank You to the Sponsors of the </w:t>
      </w:r>
      <w:proofErr w:type="spellStart"/>
      <w:r w:rsidR="00F52EDA" w:rsidRPr="00F52EDA">
        <w:rPr>
          <w:sz w:val="36"/>
          <w:szCs w:val="36"/>
          <w:u w:val="single"/>
        </w:rPr>
        <w:t>Wondai</w:t>
      </w:r>
      <w:proofErr w:type="spellEnd"/>
      <w:r w:rsidR="00F52EDA" w:rsidRPr="00F52EDA">
        <w:rPr>
          <w:sz w:val="36"/>
          <w:szCs w:val="36"/>
          <w:u w:val="single"/>
        </w:rPr>
        <w:t xml:space="preserve"> Show Stockman’s Challenge</w:t>
      </w:r>
    </w:p>
    <w:sectPr w:rsidR="00082271" w:rsidRPr="006E0783" w:rsidSect="00BD5C4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1C9CB" w14:textId="77777777" w:rsidR="00B84710" w:rsidRDefault="00B84710" w:rsidP="006117F4">
      <w:pPr>
        <w:spacing w:after="0" w:line="240" w:lineRule="auto"/>
      </w:pPr>
      <w:r>
        <w:separator/>
      </w:r>
    </w:p>
  </w:endnote>
  <w:endnote w:type="continuationSeparator" w:id="0">
    <w:p w14:paraId="0617EED5" w14:textId="77777777" w:rsidR="00B84710" w:rsidRDefault="00B84710" w:rsidP="0061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38BF" w14:textId="77777777" w:rsidR="006117F4" w:rsidRDefault="00611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61582" w14:textId="77777777" w:rsidR="006117F4" w:rsidRDefault="006117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EF04" w14:textId="77777777" w:rsidR="006117F4" w:rsidRDefault="00611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21EBE" w14:textId="77777777" w:rsidR="00B84710" w:rsidRDefault="00B84710" w:rsidP="006117F4">
      <w:pPr>
        <w:spacing w:after="0" w:line="240" w:lineRule="auto"/>
      </w:pPr>
      <w:r>
        <w:separator/>
      </w:r>
    </w:p>
  </w:footnote>
  <w:footnote w:type="continuationSeparator" w:id="0">
    <w:p w14:paraId="050ECABC" w14:textId="77777777" w:rsidR="00B84710" w:rsidRDefault="00B84710" w:rsidP="0061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6383" w14:textId="053600B8" w:rsidR="006117F4" w:rsidRDefault="006117F4">
    <w:pPr>
      <w:pStyle w:val="Header"/>
    </w:pPr>
    <w:r>
      <w:rPr>
        <w:noProof/>
      </w:rPr>
      <w:pict w14:anchorId="03C65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66907" o:spid="_x0000_s1026" type="#_x0000_t75" style="position:absolute;margin-left:0;margin-top:0;width:539.85pt;height:527.95pt;z-index:-251657216;mso-position-horizontal:center;mso-position-horizontal-relative:margin;mso-position-vertical:center;mso-position-vertical-relative:margin" o:allowincell="f">
          <v:imagedata r:id="rId1" o:title="WONDAI SHOW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0134" w14:textId="6A815291" w:rsidR="006117F4" w:rsidRDefault="006117F4">
    <w:pPr>
      <w:pStyle w:val="Header"/>
    </w:pPr>
    <w:r>
      <w:rPr>
        <w:noProof/>
      </w:rPr>
      <w:pict w14:anchorId="7E498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66908" o:spid="_x0000_s1027" type="#_x0000_t75" style="position:absolute;margin-left:0;margin-top:0;width:539.85pt;height:527.95pt;z-index:-251656192;mso-position-horizontal:center;mso-position-horizontal-relative:margin;mso-position-vertical:center;mso-position-vertical-relative:margin" o:allowincell="f">
          <v:imagedata r:id="rId1" o:title="WONDAI SHOW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2687" w14:textId="41CB69F5" w:rsidR="006117F4" w:rsidRDefault="006117F4">
    <w:pPr>
      <w:pStyle w:val="Header"/>
    </w:pPr>
    <w:r>
      <w:rPr>
        <w:noProof/>
      </w:rPr>
      <w:pict w14:anchorId="33ACBF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66906" o:spid="_x0000_s1025" type="#_x0000_t75" style="position:absolute;margin-left:0;margin-top:0;width:539.85pt;height:527.95pt;z-index:-251658240;mso-position-horizontal:center;mso-position-horizontal-relative:margin;mso-position-vertical:center;mso-position-vertical-relative:margin" o:allowincell="f">
          <v:imagedata r:id="rId1" o:title="WONDAI SHOW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CDC8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3740840">
    <w:abstractNumId w:val="8"/>
  </w:num>
  <w:num w:numId="2" w16cid:durableId="1998873732">
    <w:abstractNumId w:val="6"/>
  </w:num>
  <w:num w:numId="3" w16cid:durableId="391196561">
    <w:abstractNumId w:val="5"/>
  </w:num>
  <w:num w:numId="4" w16cid:durableId="1859343475">
    <w:abstractNumId w:val="4"/>
  </w:num>
  <w:num w:numId="5" w16cid:durableId="184952532">
    <w:abstractNumId w:val="7"/>
  </w:num>
  <w:num w:numId="6" w16cid:durableId="337657302">
    <w:abstractNumId w:val="3"/>
  </w:num>
  <w:num w:numId="7" w16cid:durableId="773591833">
    <w:abstractNumId w:val="2"/>
  </w:num>
  <w:num w:numId="8" w16cid:durableId="855852277">
    <w:abstractNumId w:val="1"/>
  </w:num>
  <w:num w:numId="9" w16cid:durableId="196388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ABC"/>
    <w:rsid w:val="00034616"/>
    <w:rsid w:val="0006063C"/>
    <w:rsid w:val="00082271"/>
    <w:rsid w:val="00093E89"/>
    <w:rsid w:val="0015074B"/>
    <w:rsid w:val="0029639D"/>
    <w:rsid w:val="002E177F"/>
    <w:rsid w:val="00326F90"/>
    <w:rsid w:val="005835B7"/>
    <w:rsid w:val="005B7BC5"/>
    <w:rsid w:val="006117F4"/>
    <w:rsid w:val="006E0783"/>
    <w:rsid w:val="0074245B"/>
    <w:rsid w:val="008F687A"/>
    <w:rsid w:val="009303BC"/>
    <w:rsid w:val="00AA1D8D"/>
    <w:rsid w:val="00B47730"/>
    <w:rsid w:val="00B84710"/>
    <w:rsid w:val="00BD5C49"/>
    <w:rsid w:val="00CB0664"/>
    <w:rsid w:val="00F52E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0547A1"/>
  <w14:defaultImageDpi w14:val="300"/>
  <w15:docId w15:val="{369AAB7F-7D31-4D3D-A699-57B002D2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fi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Amanda Palmer</cp:lastModifiedBy>
  <cp:revision>7</cp:revision>
  <cp:lastPrinted>2026-08-07T00:52:00Z</cp:lastPrinted>
  <dcterms:created xsi:type="dcterms:W3CDTF">2013-12-23T23:15:00Z</dcterms:created>
  <dcterms:modified xsi:type="dcterms:W3CDTF">2026-08-07T00:58:00Z</dcterms:modified>
  <cp:category/>
</cp:coreProperties>
</file>